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63AB" w14:textId="77777777" w:rsidR="00BC7185" w:rsidRPr="008B48FB" w:rsidRDefault="00E03236">
      <w:pPr>
        <w:pStyle w:val="Tytu"/>
      </w:pPr>
      <w:r w:rsidRPr="008B48FB">
        <w:t>ZAPIS NA SPRZEDAŻ AKCJI</w:t>
      </w:r>
      <w:r w:rsidRPr="008B48FB">
        <w:br/>
        <w:t>(InPost S.A.)</w:t>
      </w:r>
    </w:p>
    <w:p w14:paraId="3725AA58" w14:textId="14287C90" w:rsidR="00BC7185" w:rsidRPr="008B48FB" w:rsidRDefault="00E03236">
      <w:r w:rsidRPr="008B48FB">
        <w:t>w odpowiedzi na publiczną ofertę nabycia akcji InPost S.A.</w:t>
      </w:r>
      <w:r w:rsidR="00DE4E5E">
        <w:t xml:space="preserve"> (dalej: „Oferta”)</w:t>
      </w:r>
      <w:r w:rsidR="001345B5">
        <w:t xml:space="preserve"> </w:t>
      </w:r>
      <w:r w:rsidR="00433061" w:rsidRPr="00433061">
        <w:t xml:space="preserve">ogłoszoną przez </w:t>
      </w:r>
      <w:r w:rsidR="00433061" w:rsidRPr="008F266B">
        <w:t>IS Iris Lux Bidco S.à r.l. z dnia 21 maja 2026 roku</w:t>
      </w:r>
      <w:r w:rsidR="00433061">
        <w:t>.</w:t>
      </w:r>
    </w:p>
    <w:p w14:paraId="0719FA9A" w14:textId="77777777" w:rsidR="00BC7185" w:rsidRPr="008B48FB" w:rsidRDefault="00E03236">
      <w:pPr>
        <w:pStyle w:val="Nagwek1"/>
      </w:pPr>
      <w:r w:rsidRPr="008B48FB">
        <w:t>1. Informacje wstępne</w:t>
      </w:r>
    </w:p>
    <w:p w14:paraId="1A430E8A" w14:textId="0CB24D82" w:rsidR="00BC7185" w:rsidRPr="008B48FB" w:rsidRDefault="00E03236">
      <w:r w:rsidRPr="008B48FB">
        <w:t xml:space="preserve">Niniejszy dokument stanowi nieodwołalne zgłoszenie akcji do sprzedaży w ramach </w:t>
      </w:r>
      <w:r w:rsidR="00DE4E5E">
        <w:t>O</w:t>
      </w:r>
      <w:r w:rsidRPr="008B48FB">
        <w:t>ferty.</w:t>
      </w:r>
    </w:p>
    <w:p w14:paraId="67E5F44A" w14:textId="77777777" w:rsidR="00BC7185" w:rsidRPr="008B48FB" w:rsidRDefault="00E03236">
      <w:r w:rsidRPr="008B48FB">
        <w:t>Spółka: InPost S.A.</w:t>
      </w:r>
    </w:p>
    <w:p w14:paraId="6BB24019" w14:textId="77777777" w:rsidR="00BC7185" w:rsidRPr="008B48FB" w:rsidRDefault="00E03236">
      <w:r w:rsidRPr="008B48FB">
        <w:t>ISIN: LU2290522684</w:t>
      </w:r>
    </w:p>
    <w:p w14:paraId="722EC302" w14:textId="77777777" w:rsidR="00BC7185" w:rsidRPr="008B48FB" w:rsidRDefault="00E03236">
      <w:r w:rsidRPr="008B48FB">
        <w:t>Cena: 15,60 EUR za akcję</w:t>
      </w:r>
    </w:p>
    <w:p w14:paraId="4FCE61C1" w14:textId="77777777" w:rsidR="00BC7185" w:rsidRDefault="00E03236">
      <w:pPr>
        <w:rPr>
          <w:b/>
          <w:bCs/>
        </w:rPr>
      </w:pPr>
      <w:r w:rsidRPr="008B48FB">
        <w:t xml:space="preserve">Oferent: </w:t>
      </w:r>
      <w:r w:rsidRPr="008B48FB">
        <w:rPr>
          <w:b/>
          <w:bCs/>
        </w:rPr>
        <w:t>IS Iris Lux Bidco S.à r.l.</w:t>
      </w:r>
    </w:p>
    <w:p w14:paraId="30C1C0A1" w14:textId="7889FB19" w:rsidR="00000CCC" w:rsidRPr="008B48FB" w:rsidRDefault="00000CCC">
      <w:r>
        <w:t xml:space="preserve">Agent Rozliczeniowy: </w:t>
      </w:r>
      <w:r w:rsidRPr="003C4DC4">
        <w:t>ABN AMRO Bank N.V.</w:t>
      </w:r>
    </w:p>
    <w:p w14:paraId="12490FE3" w14:textId="093FF95E" w:rsidR="00BC7185" w:rsidRPr="008B48FB" w:rsidRDefault="00E03236">
      <w:r w:rsidRPr="008B48FB">
        <w:t xml:space="preserve">Okres przyjmowania zapisów: 26 maja 2026 – </w:t>
      </w:r>
      <w:r w:rsidR="007E4D6C">
        <w:t>10 września</w:t>
      </w:r>
      <w:r w:rsidRPr="008B48FB">
        <w:t xml:space="preserve"> 2026</w:t>
      </w:r>
    </w:p>
    <w:p w14:paraId="6EFBAE03" w14:textId="77777777" w:rsidR="00BC7185" w:rsidRPr="008B48FB" w:rsidRDefault="00E03236">
      <w:pPr>
        <w:pStyle w:val="Nagwek1"/>
      </w:pPr>
      <w:r w:rsidRPr="008B48FB">
        <w:t>2. Dane właściciela akcji</w:t>
      </w:r>
    </w:p>
    <w:p w14:paraId="0689420F" w14:textId="77777777" w:rsidR="00BC7185" w:rsidRDefault="00E03236">
      <w:r w:rsidRPr="008B48FB">
        <w:t>Imię i nazwisko / nazwa: ______________________________</w:t>
      </w:r>
    </w:p>
    <w:p w14:paraId="383BD6C4" w14:textId="0750AB45" w:rsidR="00C75E64" w:rsidRPr="008B48FB" w:rsidRDefault="00C75E64">
      <w:r>
        <w:t>Pełny adres wraz z krajem rezydencji:</w:t>
      </w:r>
      <w:r w:rsidRPr="00C75E64">
        <w:t xml:space="preserve"> </w:t>
      </w:r>
      <w:r w:rsidRPr="008B48FB">
        <w:t>______________________________</w:t>
      </w:r>
    </w:p>
    <w:p w14:paraId="1239C72A" w14:textId="77777777" w:rsidR="00BC7185" w:rsidRPr="008B48FB" w:rsidRDefault="00E03236">
      <w:r w:rsidRPr="008B48FB">
        <w:t>PESEL / REGON / identyfikator: ________________________</w:t>
      </w:r>
    </w:p>
    <w:p w14:paraId="6ED561AC" w14:textId="2F5418F1" w:rsidR="00BC7185" w:rsidRPr="008B48FB" w:rsidRDefault="00E03236">
      <w:r w:rsidRPr="008B48FB">
        <w:t>K</w:t>
      </w:r>
      <w:r w:rsidR="00C75E64">
        <w:t>od LEI jeżeli dotyczy</w:t>
      </w:r>
      <w:r w:rsidRPr="008B48FB">
        <w:t>: ____________________________________</w:t>
      </w:r>
    </w:p>
    <w:p w14:paraId="4261225D" w14:textId="77777777" w:rsidR="00BC7185" w:rsidRDefault="00E03236">
      <w:r w:rsidRPr="008B48FB">
        <w:t>Numer rachunku maklerskiego: _________________________</w:t>
      </w:r>
    </w:p>
    <w:p w14:paraId="25C84859" w14:textId="14B32A78" w:rsidR="005849DB" w:rsidRDefault="005849DB" w:rsidP="005849DB">
      <w:pPr>
        <w:pStyle w:val="Nagwek1"/>
      </w:pPr>
      <w:r>
        <w:t>3</w:t>
      </w:r>
      <w:r w:rsidRPr="008B48FB">
        <w:t xml:space="preserve">. Dane </w:t>
      </w:r>
      <w:r>
        <w:t>osoby składającej dyspozycję</w:t>
      </w:r>
    </w:p>
    <w:p w14:paraId="3DBB1044" w14:textId="77777777" w:rsidR="005849DB" w:rsidRDefault="005849DB" w:rsidP="005849DB">
      <w:r w:rsidRPr="008B48FB">
        <w:t>Imię i nazwisko / nazwa: ______________________________</w:t>
      </w:r>
    </w:p>
    <w:p w14:paraId="4C6BCC75" w14:textId="77777777" w:rsidR="005849DB" w:rsidRPr="008B48FB" w:rsidRDefault="005849DB" w:rsidP="005849DB">
      <w:r>
        <w:t>Pełny adres wraz z krajem rezydencji:</w:t>
      </w:r>
      <w:r w:rsidRPr="00C75E64">
        <w:t xml:space="preserve"> </w:t>
      </w:r>
      <w:r w:rsidRPr="008B48FB">
        <w:t>______________________________</w:t>
      </w:r>
    </w:p>
    <w:p w14:paraId="5E8F707B" w14:textId="77777777" w:rsidR="005849DB" w:rsidRPr="008B48FB" w:rsidRDefault="005849DB" w:rsidP="005849DB">
      <w:r w:rsidRPr="008B48FB">
        <w:t>PESEL / REGON / identyfikator: ________________________</w:t>
      </w:r>
    </w:p>
    <w:p w14:paraId="3FDAFF91" w14:textId="77777777" w:rsidR="005849DB" w:rsidRPr="008B48FB" w:rsidRDefault="005849DB" w:rsidP="005849DB">
      <w:r w:rsidRPr="008B48FB">
        <w:t>K</w:t>
      </w:r>
      <w:r>
        <w:t>od LEI jeżeli dotyczy</w:t>
      </w:r>
      <w:r w:rsidRPr="008B48FB">
        <w:t>: ____________________________________</w:t>
      </w:r>
    </w:p>
    <w:p w14:paraId="129454B0" w14:textId="4F8B3232" w:rsidR="005849DB" w:rsidRPr="005849DB" w:rsidRDefault="005849DB" w:rsidP="008F266B">
      <w:r w:rsidRPr="008B48FB">
        <w:t>Numer rachunku maklerskiego: _________________________</w:t>
      </w:r>
    </w:p>
    <w:p w14:paraId="17B9E9B7" w14:textId="484DAF8A" w:rsidR="00BC7185" w:rsidRPr="008B48FB" w:rsidRDefault="005849DB">
      <w:pPr>
        <w:pStyle w:val="Nagwek1"/>
      </w:pPr>
      <w:r>
        <w:lastRenderedPageBreak/>
        <w:t>4</w:t>
      </w:r>
      <w:r w:rsidR="00E03236" w:rsidRPr="008B48FB">
        <w:t>. Szczegóły zapisu</w:t>
      </w:r>
    </w:p>
    <w:p w14:paraId="593D5CD0" w14:textId="77777777" w:rsidR="00BC7185" w:rsidRPr="008B48FB" w:rsidRDefault="00E03236">
      <w:r w:rsidRPr="008B48FB">
        <w:t>Rodzaj papierów wartościowych: akcje InPost S.A.</w:t>
      </w:r>
    </w:p>
    <w:p w14:paraId="1750F358" w14:textId="5D3A2704" w:rsidR="00BC7185" w:rsidRDefault="00E03236">
      <w:r w:rsidRPr="008B48FB">
        <w:t>Liczba akcji</w:t>
      </w:r>
      <w:r w:rsidR="00C75E64">
        <w:t xml:space="preserve"> zgłoszona do zapisu</w:t>
      </w:r>
      <w:r w:rsidRPr="008B48FB">
        <w:t>: ________________________________________</w:t>
      </w:r>
    </w:p>
    <w:p w14:paraId="76BF3FEC" w14:textId="07BCAC3A" w:rsidR="00DE4E5E" w:rsidRPr="008B48FB" w:rsidRDefault="00DE4E5E">
      <w:r>
        <w:t>(dalej: „Akcje”)</w:t>
      </w:r>
    </w:p>
    <w:p w14:paraId="23149CE7" w14:textId="77777777" w:rsidR="00BC7185" w:rsidRPr="008B48FB" w:rsidRDefault="00E03236">
      <w:r w:rsidRPr="008B48FB">
        <w:t>Cena: 15,60 EUR</w:t>
      </w:r>
    </w:p>
    <w:p w14:paraId="37B3D989" w14:textId="2178EA2C" w:rsidR="00BC7185" w:rsidRPr="008B48FB" w:rsidRDefault="005849DB" w:rsidP="005849DB">
      <w:pPr>
        <w:pStyle w:val="Nagwek1"/>
      </w:pPr>
      <w:r>
        <w:t>5.</w:t>
      </w:r>
      <w:r w:rsidR="00E03236" w:rsidRPr="008B48FB">
        <w:t>Treść dyspozycji</w:t>
      </w:r>
    </w:p>
    <w:p w14:paraId="3080E608" w14:textId="77777777" w:rsidR="00BC7185" w:rsidRPr="008B48FB" w:rsidRDefault="00E03236">
      <w:r w:rsidRPr="008B48FB">
        <w:t>Składając niniejszy zapis:</w:t>
      </w:r>
    </w:p>
    <w:p w14:paraId="6E9FBF22" w14:textId="6601A50A" w:rsidR="00BC7185" w:rsidRDefault="00E03236">
      <w:r w:rsidRPr="008B48FB">
        <w:t>akceptuj</w:t>
      </w:r>
      <w:r w:rsidR="008B48FB" w:rsidRPr="008B48FB">
        <w:t>ę</w:t>
      </w:r>
      <w:r w:rsidRPr="008B48FB">
        <w:t xml:space="preserve"> warunki </w:t>
      </w:r>
      <w:r w:rsidR="00DE4E5E">
        <w:t>O</w:t>
      </w:r>
      <w:r w:rsidRPr="008B48FB">
        <w:t>ferty</w:t>
      </w:r>
      <w:r w:rsidR="008B48FB" w:rsidRPr="008B48FB">
        <w:t xml:space="preserve"> zawarte w “Offer Memorandum” </w:t>
      </w:r>
      <w:r w:rsidR="00513C40">
        <w:t xml:space="preserve">sporządzonym w dniu </w:t>
      </w:r>
      <w:r w:rsidR="00C75E64">
        <w:t>21 maja 2026roku</w:t>
      </w:r>
      <w:r w:rsidR="00513C40">
        <w:t xml:space="preserve"> w związku z ogłoszonym przez </w:t>
      </w:r>
      <w:r w:rsidR="00C75E64" w:rsidRPr="00BB12F1">
        <w:t>IS Iris Lux Bidco S.à r.l.</w:t>
      </w:r>
      <w:r w:rsidR="00513C40">
        <w:t xml:space="preserve"> wezwaniem do sprzedaży akcji</w:t>
      </w:r>
      <w:r w:rsidR="00C75E64">
        <w:t xml:space="preserve"> InPost S.A.</w:t>
      </w:r>
      <w:r w:rsidR="00513C40">
        <w:t xml:space="preserve"> </w:t>
      </w:r>
      <w:r w:rsidR="008B48FB" w:rsidRPr="008B48FB">
        <w:t>udostępnione</w:t>
      </w:r>
      <w:r w:rsidR="008B48FB">
        <w:t xml:space="preserve"> na stronie internetowej</w:t>
      </w:r>
      <w:r w:rsidR="00513C40">
        <w:t xml:space="preserve"> </w:t>
      </w:r>
      <w:r w:rsidR="00000CCC">
        <w:t xml:space="preserve">Oferenta </w:t>
      </w:r>
      <w:r w:rsidR="00000CCC" w:rsidRPr="00850E60">
        <w:t xml:space="preserve">https://www.consortiuminpostoffer.com/ </w:t>
      </w:r>
      <w:r w:rsidR="00000CCC">
        <w:t>i Spółki</w:t>
      </w:r>
      <w:r w:rsidR="00000CCC" w:rsidRPr="00850E60">
        <w:t xml:space="preserve"> https://inpost.eu/</w:t>
      </w:r>
      <w:r w:rsidR="00000CCC">
        <w:t xml:space="preserve"> </w:t>
      </w:r>
      <w:r w:rsidR="00513C40">
        <w:t>(dalej: „Offer Memorandum”)</w:t>
      </w:r>
    </w:p>
    <w:p w14:paraId="2FF2BA77" w14:textId="4B550316" w:rsidR="00513C40" w:rsidRDefault="00513C40">
      <w:r>
        <w:t>Zlecam na warunkach określonych w Offer Memorandum:</w:t>
      </w:r>
    </w:p>
    <w:p w14:paraId="24CD3419" w14:textId="16D87BAF" w:rsidR="00513C40" w:rsidRPr="00513C40" w:rsidRDefault="00513C40" w:rsidP="00513C40">
      <w:pPr>
        <w:numPr>
          <w:ilvl w:val="0"/>
          <w:numId w:val="10"/>
        </w:numPr>
      </w:pPr>
      <w:r w:rsidRPr="00513C40">
        <w:t>zablokowani</w:t>
      </w:r>
      <w:r>
        <w:t>e</w:t>
      </w:r>
      <w:r w:rsidRPr="00513C40">
        <w:t xml:space="preserve"> </w:t>
      </w:r>
      <w:r w:rsidR="00DE4E5E">
        <w:t>A</w:t>
      </w:r>
      <w:r w:rsidRPr="00513C40">
        <w:t>kcji,</w:t>
      </w:r>
    </w:p>
    <w:p w14:paraId="6F547700" w14:textId="641AE88F" w:rsidR="00513C40" w:rsidRPr="00513C40" w:rsidRDefault="00513C40" w:rsidP="00513C40">
      <w:pPr>
        <w:numPr>
          <w:ilvl w:val="0"/>
          <w:numId w:val="10"/>
        </w:numPr>
      </w:pPr>
      <w:r w:rsidRPr="00513C40">
        <w:t>obciążeni</w:t>
      </w:r>
      <w:r>
        <w:t>e</w:t>
      </w:r>
      <w:r w:rsidRPr="00513C40">
        <w:t xml:space="preserve"> rachunku papierów wartościowych w dniu rozliczenia,</w:t>
      </w:r>
    </w:p>
    <w:p w14:paraId="166625A0" w14:textId="7D8B0D75" w:rsidR="00513C40" w:rsidRPr="00513C40" w:rsidRDefault="00513C40" w:rsidP="00513C40">
      <w:pPr>
        <w:numPr>
          <w:ilvl w:val="0"/>
          <w:numId w:val="10"/>
        </w:numPr>
      </w:pPr>
      <w:r w:rsidRPr="00513C40">
        <w:t>przeniesieni</w:t>
      </w:r>
      <w:r w:rsidR="00FB7A04">
        <w:t>e</w:t>
      </w:r>
      <w:r w:rsidRPr="00513C40">
        <w:t xml:space="preserve"> </w:t>
      </w:r>
      <w:r w:rsidR="00DE4E5E">
        <w:t>A</w:t>
      </w:r>
      <w:r w:rsidRPr="00513C40">
        <w:t xml:space="preserve">kcji na </w:t>
      </w:r>
      <w:r w:rsidR="00DE4E5E">
        <w:t>O</w:t>
      </w:r>
      <w:r w:rsidRPr="00513C40">
        <w:t>ferenta.</w:t>
      </w:r>
    </w:p>
    <w:p w14:paraId="410B67DC" w14:textId="1812AB7E" w:rsidR="00BC7185" w:rsidRDefault="005849DB">
      <w:pPr>
        <w:pStyle w:val="Nagwek1"/>
      </w:pPr>
      <w:r>
        <w:t>6</w:t>
      </w:r>
      <w:r w:rsidR="00E03236" w:rsidRPr="008B48FB">
        <w:t>. Oświadczenia</w:t>
      </w:r>
    </w:p>
    <w:p w14:paraId="5D364C9C" w14:textId="09998A84" w:rsidR="00000CCC" w:rsidRDefault="00000CCC" w:rsidP="00000CCC">
      <w:r>
        <w:t>Oświadczam, że znam, akceptuję i spełniam warunki, o których mowa w pkt 5.4.4 Offer Memorandum, w szczególności:</w:t>
      </w:r>
    </w:p>
    <w:p w14:paraId="0725F097" w14:textId="23676D74" w:rsidR="00000CCC" w:rsidRDefault="00000CCC" w:rsidP="00000CCC">
      <w:r w:rsidRPr="000450E4">
        <w:t xml:space="preserve">akceptację </w:t>
      </w:r>
      <w:r>
        <w:t>o</w:t>
      </w:r>
      <w:r w:rsidRPr="000450E4">
        <w:t>fert</w:t>
      </w:r>
      <w:r w:rsidR="008F266B">
        <w:t>y</w:t>
      </w:r>
      <w:r>
        <w:t xml:space="preserve"> nabycia Akcji </w:t>
      </w:r>
      <w:r w:rsidRPr="000450E4">
        <w:t xml:space="preserve">zgodnie z </w:t>
      </w:r>
      <w:r>
        <w:t xml:space="preserve">jej </w:t>
      </w:r>
      <w:r w:rsidRPr="000450E4">
        <w:t>warunkami, postanowieniami i ograniczeniami</w:t>
      </w:r>
      <w:r>
        <w:t>,</w:t>
      </w:r>
    </w:p>
    <w:p w14:paraId="558B8441" w14:textId="77777777" w:rsidR="00000CCC" w:rsidRDefault="00000CCC" w:rsidP="00000CCC">
      <w:r w:rsidRPr="00723D4E">
        <w:t>posiada</w:t>
      </w:r>
      <w:r>
        <w:t>m</w:t>
      </w:r>
      <w:r w:rsidRPr="00723D4E">
        <w:t xml:space="preserve"> pełne praw</w:t>
      </w:r>
      <w:r>
        <w:t>a</w:t>
      </w:r>
      <w:r w:rsidRPr="00723D4E">
        <w:t xml:space="preserve"> do </w:t>
      </w:r>
      <w:r>
        <w:t>A</w:t>
      </w:r>
      <w:r w:rsidRPr="00723D4E">
        <w:t>kcji</w:t>
      </w:r>
      <w:r>
        <w:t xml:space="preserve">, jestem uprawniony/a do ich sprzedaży </w:t>
      </w:r>
      <w:r w:rsidRPr="00723D4E">
        <w:t>oraz przeniesienia</w:t>
      </w:r>
      <w:r>
        <w:t xml:space="preserve"> na Oferenta, nie zawarłem/am </w:t>
      </w:r>
      <w:r w:rsidRPr="00723D4E">
        <w:t>żadnej innej umowy sprzedaż</w:t>
      </w:r>
      <w:r>
        <w:t>y</w:t>
      </w:r>
      <w:r w:rsidRPr="00723D4E">
        <w:t xml:space="preserve"> lub przeniesieni</w:t>
      </w:r>
      <w:r>
        <w:t>a A</w:t>
      </w:r>
      <w:r w:rsidRPr="00723D4E">
        <w:t>kcji</w:t>
      </w:r>
      <w:r>
        <w:t xml:space="preserve"> na rzecz jakiejkolwiek innej osoby niż Oferent, Akcje są </w:t>
      </w:r>
      <w:r w:rsidRPr="00723D4E">
        <w:t>woln</w:t>
      </w:r>
      <w:r>
        <w:t xml:space="preserve">e od jakichkolwiek obciążeń i ograniczeń innych niż wynikające z rejestracji Akcji w systemie </w:t>
      </w:r>
      <w:r w:rsidRPr="00723D4E">
        <w:t xml:space="preserve">Euroclear lub </w:t>
      </w:r>
      <w:r>
        <w:t>s</w:t>
      </w:r>
      <w:r w:rsidRPr="00723D4E">
        <w:t>tatut</w:t>
      </w:r>
      <w:r>
        <w:t>u Spółki,</w:t>
      </w:r>
    </w:p>
    <w:p w14:paraId="645DA2AE" w14:textId="77777777" w:rsidR="00000CCC" w:rsidRPr="000450E4" w:rsidRDefault="00000CCC" w:rsidP="00000CCC">
      <w:r>
        <w:t xml:space="preserve">składam zapis na sprzedaż Akcji zgodnie z </w:t>
      </w:r>
      <w:r w:rsidRPr="00723D4E">
        <w:t>ogranicze</w:t>
      </w:r>
      <w:r>
        <w:t>niami</w:t>
      </w:r>
      <w:r w:rsidRPr="00723D4E">
        <w:t xml:space="preserve"> określony</w:t>
      </w:r>
      <w:r>
        <w:t>mi</w:t>
      </w:r>
      <w:r w:rsidRPr="00723D4E">
        <w:t xml:space="preserve"> w sekcjach 2 (</w:t>
      </w:r>
      <w:r w:rsidRPr="00723D4E">
        <w:rPr>
          <w:i/>
          <w:iCs/>
        </w:rPr>
        <w:t>Ograniczenia</w:t>
      </w:r>
      <w:r w:rsidRPr="00723D4E">
        <w:t>) i 3 (</w:t>
      </w:r>
      <w:r w:rsidRPr="00723D4E">
        <w:rPr>
          <w:i/>
          <w:iCs/>
        </w:rPr>
        <w:t>Ważne informacje</w:t>
      </w:r>
      <w:r w:rsidRPr="00723D4E">
        <w:t>)</w:t>
      </w:r>
      <w:r>
        <w:t xml:space="preserve"> Offer Memorandum</w:t>
      </w:r>
      <w:r w:rsidRPr="00723D4E">
        <w:t xml:space="preserve"> oraz </w:t>
      </w:r>
      <w:r>
        <w:t>przepisami</w:t>
      </w:r>
      <w:r w:rsidRPr="00723D4E">
        <w:t xml:space="preserve"> </w:t>
      </w:r>
      <w:r>
        <w:t xml:space="preserve">prawa </w:t>
      </w:r>
      <w:r w:rsidRPr="00723D4E">
        <w:t>obowiązujący</w:t>
      </w:r>
      <w:r>
        <w:t>mi</w:t>
      </w:r>
      <w:r w:rsidRPr="00723D4E">
        <w:t xml:space="preserve"> w jurysdykcji, w której</w:t>
      </w:r>
      <w:r>
        <w:t xml:space="preserve"> się znajduję lub </w:t>
      </w:r>
      <w:r w:rsidRPr="00723D4E">
        <w:t>jest rezydentem i w związku z ofertą akcji</w:t>
      </w:r>
      <w:r>
        <w:t xml:space="preserve"> </w:t>
      </w:r>
      <w:r w:rsidRPr="00723D4E">
        <w:t>nie jest wymagana rejestracja, zatwierdzenie ani</w:t>
      </w:r>
      <w:r>
        <w:t xml:space="preserve"> złożenie dokumentów</w:t>
      </w:r>
      <w:r w:rsidRPr="00723D4E">
        <w:t xml:space="preserve"> w żadnym organie regulacyjnym tej jurysdykcji</w:t>
      </w:r>
      <w:r>
        <w:t>.</w:t>
      </w:r>
    </w:p>
    <w:p w14:paraId="7736CAB8" w14:textId="77777777" w:rsidR="00000CCC" w:rsidRPr="000450E4" w:rsidRDefault="00000CCC" w:rsidP="00000CCC">
      <w:r w:rsidRPr="006E329D">
        <w:lastRenderedPageBreak/>
        <w:t>nie podlegam</w:t>
      </w:r>
      <w:r>
        <w:t xml:space="preserve"> bezpośrednio lub pośrednio</w:t>
      </w:r>
      <w:r w:rsidRPr="006E329D">
        <w:t xml:space="preserve"> sankcjom gospodarczym ani finansowym ani nie jestem ich przedmiotem lub celem, zgodnie z przepisami obowiązującymi w Unii Europejskiej, Stanach Zjednoczonych, Wielkiej Brytanii lub ONZ</w:t>
      </w:r>
      <w:r>
        <w:t>, z zastrzeżeniem postanowień Offer Memorandum,</w:t>
      </w:r>
    </w:p>
    <w:p w14:paraId="0C0BE910" w14:textId="77777777" w:rsidR="00000CCC" w:rsidRDefault="00000CCC" w:rsidP="00000CCC">
      <w:r>
        <w:t>zapoznałem/am się z Offer Memorandum</w:t>
      </w:r>
      <w:r w:rsidRPr="00723D4E">
        <w:t xml:space="preserve"> i akcept</w:t>
      </w:r>
      <w:r>
        <w:t>uję</w:t>
      </w:r>
      <w:r w:rsidRPr="00723D4E">
        <w:t xml:space="preserve"> </w:t>
      </w:r>
      <w:r>
        <w:t xml:space="preserve">opisane w tym dokumencie </w:t>
      </w:r>
      <w:r w:rsidRPr="00723D4E">
        <w:t xml:space="preserve">ograniczenia, warunki, zasady oraz inne kwestie </w:t>
      </w:r>
      <w:r>
        <w:t xml:space="preserve">związane z </w:t>
      </w:r>
      <w:r w:rsidRPr="00723D4E">
        <w:t>Ofert</w:t>
      </w:r>
      <w:r>
        <w:t>ą</w:t>
      </w:r>
      <w:r w:rsidRPr="00723D4E">
        <w:t xml:space="preserve"> oraz przeprowadził</w:t>
      </w:r>
      <w:r>
        <w:t>em/am</w:t>
      </w:r>
      <w:r w:rsidRPr="00723D4E">
        <w:t xml:space="preserve"> analizę Oferty bez polegania na Oferen</w:t>
      </w:r>
      <w:r>
        <w:t>cie</w:t>
      </w:r>
      <w:r w:rsidRPr="00723D4E">
        <w:t xml:space="preserve">, </w:t>
      </w:r>
      <w:r>
        <w:t>A</w:t>
      </w:r>
      <w:r w:rsidRPr="00723D4E">
        <w:t>gen</w:t>
      </w:r>
      <w:r>
        <w:t>c</w:t>
      </w:r>
      <w:r w:rsidRPr="00723D4E">
        <w:t xml:space="preserve">ie </w:t>
      </w:r>
      <w:r>
        <w:t>R</w:t>
      </w:r>
      <w:r w:rsidRPr="00723D4E">
        <w:t>ozliczeni</w:t>
      </w:r>
      <w:r>
        <w:t>owym</w:t>
      </w:r>
      <w:r w:rsidRPr="00723D4E">
        <w:t xml:space="preserve"> lub innym przedstawicielu Oferenta</w:t>
      </w:r>
      <w:r>
        <w:t>,</w:t>
      </w:r>
    </w:p>
    <w:p w14:paraId="3FF8B3CC" w14:textId="77777777" w:rsidR="00000CCC" w:rsidRPr="000450E4" w:rsidRDefault="00000CCC" w:rsidP="00000CCC">
      <w:r w:rsidRPr="00723D4E">
        <w:t xml:space="preserve">na dzień przeniesienia </w:t>
      </w:r>
      <w:r>
        <w:t>A</w:t>
      </w:r>
      <w:r w:rsidRPr="00723D4E">
        <w:t>kcji na Oferenta zrze</w:t>
      </w:r>
      <w:r>
        <w:t>kam się</w:t>
      </w:r>
      <w:r w:rsidRPr="00723D4E">
        <w:t xml:space="preserve"> wszelkich praw</w:t>
      </w:r>
      <w:r>
        <w:t xml:space="preserve"> lub roszczeń</w:t>
      </w:r>
      <w:r w:rsidRPr="00723D4E">
        <w:t>, jakie mo</w:t>
      </w:r>
      <w:r>
        <w:t xml:space="preserve">gą przysługiwać akcjonariuszowi wobec </w:t>
      </w:r>
      <w:r w:rsidRPr="00723D4E">
        <w:t xml:space="preserve">Spółki, innej </w:t>
      </w:r>
      <w:r>
        <w:t>s</w:t>
      </w:r>
      <w:r w:rsidRPr="00723D4E">
        <w:t>półki</w:t>
      </w:r>
      <w:r>
        <w:t xml:space="preserve"> z</w:t>
      </w:r>
      <w:r w:rsidRPr="00723D4E">
        <w:t xml:space="preserve"> </w:t>
      </w:r>
      <w:r>
        <w:t>g</w:t>
      </w:r>
      <w:r w:rsidRPr="00723D4E">
        <w:t>rupy</w:t>
      </w:r>
      <w:r>
        <w:t xml:space="preserve"> kapitałowej Spółki</w:t>
      </w:r>
      <w:r w:rsidRPr="00723D4E">
        <w:t xml:space="preserve"> oraz byłych lub obecnych członków </w:t>
      </w:r>
      <w:r>
        <w:t>z</w:t>
      </w:r>
      <w:r w:rsidRPr="00723D4E">
        <w:t>arządu.</w:t>
      </w:r>
    </w:p>
    <w:p w14:paraId="452D57D4" w14:textId="182C6D5E" w:rsidR="00000CCC" w:rsidRDefault="005849DB" w:rsidP="00000CCC">
      <w:pPr>
        <w:pStyle w:val="Nagwek1"/>
      </w:pPr>
      <w:r>
        <w:t>7</w:t>
      </w:r>
      <w:r w:rsidR="00000CCC">
        <w:t>. Pełnomocnictwo</w:t>
      </w:r>
    </w:p>
    <w:p w14:paraId="778F3235" w14:textId="77777777" w:rsidR="00000CCC" w:rsidRDefault="00000CCC" w:rsidP="00000CCC">
      <w:r>
        <w:t>U</w:t>
      </w:r>
      <w:r w:rsidRPr="006E329D">
        <w:t xml:space="preserve">dzielam Oferentowi oraz Agentowi Rozliczeniowemu pełnomocnictwa </w:t>
      </w:r>
      <w:r>
        <w:t xml:space="preserve">i instrukcji </w:t>
      </w:r>
      <w:r w:rsidRPr="006E329D">
        <w:t xml:space="preserve">do </w:t>
      </w:r>
      <w:r>
        <w:t xml:space="preserve">głosowania na walnym zgromadzeniu akcjonariuszy Spółki zgodnie z pkt </w:t>
      </w:r>
      <w:r w:rsidRPr="003C4DC4">
        <w:t>6.27.3</w:t>
      </w:r>
      <w:r>
        <w:t xml:space="preserve"> </w:t>
      </w:r>
      <w:r w:rsidRPr="003C4DC4">
        <w:t>(</w:t>
      </w:r>
      <w:r>
        <w:t>P</w:t>
      </w:r>
      <w:r w:rsidRPr="003C4DC4">
        <w:t>ełnomocnictwo)</w:t>
      </w:r>
      <w:r>
        <w:t xml:space="preserve"> Offer Memorandum.</w:t>
      </w:r>
    </w:p>
    <w:p w14:paraId="4B86256C" w14:textId="7B6C63BF" w:rsidR="00000CCC" w:rsidRDefault="005849DB" w:rsidP="00000CCC">
      <w:pPr>
        <w:pStyle w:val="Nagwek1"/>
      </w:pPr>
      <w:r>
        <w:t>8</w:t>
      </w:r>
      <w:r w:rsidR="00000CCC">
        <w:t>. Zgoda na udostępnienie danych</w:t>
      </w:r>
    </w:p>
    <w:p w14:paraId="7FEA6FBA" w14:textId="72E911CA" w:rsidR="00000CCC" w:rsidRDefault="00000CCC" w:rsidP="008F266B">
      <w:r w:rsidRPr="006D6493">
        <w:t xml:space="preserve">Udzielam nieodwołalnej zgody </w:t>
      </w:r>
      <w:r>
        <w:t xml:space="preserve">na udostępnienie przez </w:t>
      </w:r>
      <w:r w:rsidRPr="00C05B81">
        <w:t>Admitted Institution</w:t>
      </w:r>
      <w:r>
        <w:t xml:space="preserve"> (zgodnie z definicją w pkt </w:t>
      </w:r>
      <w:r w:rsidRPr="006D6493">
        <w:t>5.4.2</w:t>
      </w:r>
      <w:r w:rsidRPr="001856CD">
        <w:t xml:space="preserve"> </w:t>
      </w:r>
      <w:r>
        <w:t xml:space="preserve">Offer Memorandum) oraz Biuro Maklerskie Alior Bank S.A. moich danych, w szczególności nazwiska, adresu, </w:t>
      </w:r>
      <w:r w:rsidRPr="00850E60">
        <w:t xml:space="preserve">liczby posiadanych </w:t>
      </w:r>
      <w:r>
        <w:t>A</w:t>
      </w:r>
      <w:r w:rsidRPr="00850E60">
        <w:t xml:space="preserve">kcji oraz wszelkich innych istotnych danych </w:t>
      </w:r>
      <w:r>
        <w:t>O</w:t>
      </w:r>
      <w:r w:rsidRPr="00850E60">
        <w:t>ferent</w:t>
      </w:r>
      <w:r>
        <w:t>owi</w:t>
      </w:r>
      <w:r w:rsidRPr="00850E60">
        <w:t xml:space="preserve"> i </w:t>
      </w:r>
      <w:r>
        <w:t>A</w:t>
      </w:r>
      <w:r w:rsidRPr="00850E60">
        <w:t>gent</w:t>
      </w:r>
      <w:r>
        <w:t>owi</w:t>
      </w:r>
      <w:r w:rsidRPr="00850E60">
        <w:t xml:space="preserve"> </w:t>
      </w:r>
      <w:r>
        <w:t>R</w:t>
      </w:r>
      <w:r w:rsidRPr="00850E60">
        <w:t>ozliczeniowe</w:t>
      </w:r>
      <w:r>
        <w:t>mu oraz udostępnienie tych danych przez Biuro Maklerskie Alior Bank S.A. Admitted Institution</w:t>
      </w:r>
      <w:r w:rsidR="008F266B">
        <w:t>.</w:t>
      </w:r>
    </w:p>
    <w:p w14:paraId="5A2F6E1C" w14:textId="083B83DC" w:rsidR="00BC7185" w:rsidRPr="008B48FB" w:rsidRDefault="005849DB">
      <w:pPr>
        <w:pStyle w:val="Nagwek1"/>
      </w:pPr>
      <w:r>
        <w:t>9</w:t>
      </w:r>
      <w:r w:rsidR="00E03236" w:rsidRPr="008B48FB">
        <w:t>. Rozliczenie</w:t>
      </w:r>
    </w:p>
    <w:p w14:paraId="34BB6754" w14:textId="77777777" w:rsidR="00BC7185" w:rsidRPr="008B48FB" w:rsidRDefault="00E03236">
      <w:r w:rsidRPr="008B48FB">
        <w:t>Środki z tytułu sprzedaży zostaną przekazane na rachunek pieniężny powiązany z rachunkiem papierów wartościowych.</w:t>
      </w:r>
    </w:p>
    <w:p w14:paraId="61ED75F4" w14:textId="6E3E50EE" w:rsidR="00BC7185" w:rsidRPr="008B48FB" w:rsidRDefault="005849DB">
      <w:pPr>
        <w:pStyle w:val="Nagwek1"/>
      </w:pPr>
      <w:r>
        <w:t>10</w:t>
      </w:r>
      <w:r w:rsidR="00E03236" w:rsidRPr="008B48FB">
        <w:t>. Podpis</w:t>
      </w:r>
    </w:p>
    <w:p w14:paraId="1C255809" w14:textId="77777777" w:rsidR="00BC7185" w:rsidRPr="008B48FB" w:rsidRDefault="00E03236">
      <w:r w:rsidRPr="008B48FB">
        <w:t>Data: ________________________</w:t>
      </w:r>
    </w:p>
    <w:p w14:paraId="55969754" w14:textId="77777777" w:rsidR="00BC7185" w:rsidRDefault="00E03236">
      <w:r w:rsidRPr="008B48FB">
        <w:t>Podpis klienta: ________________________</w:t>
      </w:r>
    </w:p>
    <w:sectPr w:rsidR="00BC71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432C2D"/>
    <w:multiLevelType w:val="multilevel"/>
    <w:tmpl w:val="EAB8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4972DD"/>
    <w:multiLevelType w:val="multilevel"/>
    <w:tmpl w:val="9910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94715A"/>
    <w:multiLevelType w:val="hybridMultilevel"/>
    <w:tmpl w:val="9832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E7B97"/>
    <w:multiLevelType w:val="hybridMultilevel"/>
    <w:tmpl w:val="294A6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72FD1"/>
    <w:multiLevelType w:val="multilevel"/>
    <w:tmpl w:val="4FF0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478288">
    <w:abstractNumId w:val="8"/>
  </w:num>
  <w:num w:numId="2" w16cid:durableId="275261439">
    <w:abstractNumId w:val="6"/>
  </w:num>
  <w:num w:numId="3" w16cid:durableId="638727172">
    <w:abstractNumId w:val="5"/>
  </w:num>
  <w:num w:numId="4" w16cid:durableId="1422531462">
    <w:abstractNumId w:val="4"/>
  </w:num>
  <w:num w:numId="5" w16cid:durableId="130097392">
    <w:abstractNumId w:val="7"/>
  </w:num>
  <w:num w:numId="6" w16cid:durableId="1346786191">
    <w:abstractNumId w:val="3"/>
  </w:num>
  <w:num w:numId="7" w16cid:durableId="954212041">
    <w:abstractNumId w:val="2"/>
  </w:num>
  <w:num w:numId="8" w16cid:durableId="1903980928">
    <w:abstractNumId w:val="1"/>
  </w:num>
  <w:num w:numId="9" w16cid:durableId="1308052632">
    <w:abstractNumId w:val="0"/>
  </w:num>
  <w:num w:numId="10" w16cid:durableId="1840119889">
    <w:abstractNumId w:val="10"/>
  </w:num>
  <w:num w:numId="11" w16cid:durableId="2075083566">
    <w:abstractNumId w:val="13"/>
  </w:num>
  <w:num w:numId="12" w16cid:durableId="111560421">
    <w:abstractNumId w:val="9"/>
  </w:num>
  <w:num w:numId="13" w16cid:durableId="1699970851">
    <w:abstractNumId w:val="12"/>
  </w:num>
  <w:num w:numId="14" w16cid:durableId="20780175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CCC"/>
    <w:rsid w:val="000049ED"/>
    <w:rsid w:val="00034616"/>
    <w:rsid w:val="0006063C"/>
    <w:rsid w:val="001345B5"/>
    <w:rsid w:val="0015074B"/>
    <w:rsid w:val="001618E3"/>
    <w:rsid w:val="0029639D"/>
    <w:rsid w:val="002F3871"/>
    <w:rsid w:val="00326F90"/>
    <w:rsid w:val="003E0DAB"/>
    <w:rsid w:val="003F240E"/>
    <w:rsid w:val="00433061"/>
    <w:rsid w:val="004532FF"/>
    <w:rsid w:val="00491245"/>
    <w:rsid w:val="004A32C0"/>
    <w:rsid w:val="004B4EE9"/>
    <w:rsid w:val="004C5C4A"/>
    <w:rsid w:val="00513C40"/>
    <w:rsid w:val="005763C2"/>
    <w:rsid w:val="005849DB"/>
    <w:rsid w:val="006E329D"/>
    <w:rsid w:val="00783378"/>
    <w:rsid w:val="007A7CC2"/>
    <w:rsid w:val="007E4D6C"/>
    <w:rsid w:val="008B48FB"/>
    <w:rsid w:val="008E34CB"/>
    <w:rsid w:val="008F266B"/>
    <w:rsid w:val="00A31BEE"/>
    <w:rsid w:val="00A35B21"/>
    <w:rsid w:val="00A8094B"/>
    <w:rsid w:val="00AA1D8D"/>
    <w:rsid w:val="00B47730"/>
    <w:rsid w:val="00B915B7"/>
    <w:rsid w:val="00BC7185"/>
    <w:rsid w:val="00C75E64"/>
    <w:rsid w:val="00CB0664"/>
    <w:rsid w:val="00CD72CA"/>
    <w:rsid w:val="00DE4E5E"/>
    <w:rsid w:val="00E03236"/>
    <w:rsid w:val="00E31F31"/>
    <w:rsid w:val="00EB4BC0"/>
    <w:rsid w:val="00FB7A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57CB2FE1-3F26-4248-9147-0D89A140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F24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24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240E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4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40E"/>
    <w:rPr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1345B5"/>
    <w:pPr>
      <w:spacing w:after="0" w:line="240" w:lineRule="auto"/>
    </w:pPr>
    <w:rPr>
      <w:lang w:val="pl-PL"/>
    </w:rPr>
  </w:style>
  <w:style w:type="character" w:styleId="Hipercze">
    <w:name w:val="Hyperlink"/>
    <w:basedOn w:val="Domylnaczcionkaakapitu"/>
    <w:uiPriority w:val="99"/>
    <w:unhideWhenUsed/>
    <w:rsid w:val="00513C4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feaa520-8769-46b1-ba3f-0459c8682104}" enabled="1" method="Standard" siteId="{5b7e7e76-9aca-4bca-b480-c8468c5ba86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Adamski</dc:creator>
  <cp:keywords/>
  <dc:description>generated by python-docx</dc:description>
  <cp:lastModifiedBy>Sylwia Kosno</cp:lastModifiedBy>
  <cp:revision>4</cp:revision>
  <dcterms:created xsi:type="dcterms:W3CDTF">2026-07-14T09:51:00Z</dcterms:created>
  <dcterms:modified xsi:type="dcterms:W3CDTF">2026-07-23T13:39:00Z</dcterms:modified>
  <cp:category/>
</cp:coreProperties>
</file>